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023" w:rsidRDefault="00C42416">
      <w:pPr>
        <w:spacing w:after="40"/>
        <w:jc w:val="center"/>
        <w:rPr>
          <w:rFonts w:hint="eastAsia"/>
        </w:rPr>
      </w:pPr>
      <w:r>
        <w:rPr>
          <w:b/>
          <w:sz w:val="30"/>
        </w:rPr>
        <w:t>SZÜLŐI HOZZÁJÁRULÓ NYILATKOZAT</w:t>
      </w:r>
    </w:p>
    <w:p w:rsidR="00476023" w:rsidRDefault="00C42416">
      <w:pPr>
        <w:spacing w:after="160"/>
        <w:jc w:val="center"/>
        <w:rPr>
          <w:rFonts w:hint="eastAsia"/>
        </w:rPr>
      </w:pPr>
      <w:r>
        <w:rPr>
          <w:b/>
          <w:sz w:val="22"/>
        </w:rPr>
        <w:t>iskolapszichológusi támogatáshoz</w:t>
      </w:r>
    </w:p>
    <w:p w:rsidR="00476023" w:rsidRPr="006855F2" w:rsidRDefault="00C42416" w:rsidP="006855F2">
      <w:pPr>
        <w:spacing w:after="4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>A gyermek neve:</w:t>
      </w:r>
      <w:r w:rsidRPr="006855F2">
        <w:rPr>
          <w:sz w:val="24"/>
          <w:szCs w:val="24"/>
        </w:rPr>
        <w:t xml:space="preserve"> ____________________________________________________________________</w:t>
      </w:r>
    </w:p>
    <w:p w:rsidR="00476023" w:rsidRPr="006855F2" w:rsidRDefault="00C42416" w:rsidP="006855F2">
      <w:pPr>
        <w:spacing w:after="4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>Osztály:</w:t>
      </w:r>
      <w:r w:rsidRPr="006855F2">
        <w:rPr>
          <w:sz w:val="24"/>
          <w:szCs w:val="24"/>
        </w:rPr>
        <w:t xml:space="preserve"> ____________________________________________________________________</w:t>
      </w:r>
    </w:p>
    <w:p w:rsidR="00476023" w:rsidRPr="006855F2" w:rsidRDefault="00C42416" w:rsidP="006855F2">
      <w:pPr>
        <w:spacing w:after="4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>Születési idő:</w:t>
      </w:r>
      <w:r w:rsidRPr="006855F2">
        <w:rPr>
          <w:sz w:val="24"/>
          <w:szCs w:val="24"/>
        </w:rPr>
        <w:t xml:space="preserve"> ____________________________________________________________________</w:t>
      </w:r>
    </w:p>
    <w:p w:rsidR="00476023" w:rsidRPr="006855F2" w:rsidRDefault="00C42416" w:rsidP="006855F2">
      <w:pPr>
        <w:spacing w:after="4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>Szülő / törvényes képviselő neve:</w:t>
      </w:r>
      <w:r w:rsidRPr="006855F2">
        <w:rPr>
          <w:sz w:val="24"/>
          <w:szCs w:val="24"/>
        </w:rPr>
        <w:t xml:space="preserve"> ____________________________________________________________________</w:t>
      </w:r>
    </w:p>
    <w:p w:rsidR="00476023" w:rsidRPr="006855F2" w:rsidRDefault="00C42416" w:rsidP="006855F2">
      <w:pPr>
        <w:spacing w:after="4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>Elérhetőség:</w:t>
      </w:r>
      <w:r w:rsidRPr="006855F2">
        <w:rPr>
          <w:sz w:val="24"/>
          <w:szCs w:val="24"/>
        </w:rPr>
        <w:t xml:space="preserve"> ____________________________________________________________________</w:t>
      </w:r>
    </w:p>
    <w:p w:rsidR="00476023" w:rsidRPr="006855F2" w:rsidRDefault="00C42416" w:rsidP="006855F2">
      <w:pPr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>Hozzájárulok ahhoz, hogy gyermekem az intézményben iskolapszichológusi támogatásban részesüljön.</w:t>
      </w:r>
    </w:p>
    <w:p w:rsidR="00476023" w:rsidRPr="006855F2" w:rsidRDefault="00C42416" w:rsidP="006855F2">
      <w:pPr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>Az iskolapszichológusi támogatás szükség szerint az alábbi tevékenységeket foglalhatja magában:</w:t>
      </w:r>
    </w:p>
    <w:p w:rsidR="00476023" w:rsidRPr="006855F2" w:rsidRDefault="00C42416" w:rsidP="006855F2">
      <w:pPr>
        <w:spacing w:after="40"/>
        <w:ind w:left="227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☐ </w:t>
      </w:r>
      <w:r w:rsidRPr="006855F2">
        <w:rPr>
          <w:sz w:val="24"/>
          <w:szCs w:val="24"/>
        </w:rPr>
        <w:t>egyéni pszichológiai beszélgetés és konzultáció</w:t>
      </w:r>
    </w:p>
    <w:p w:rsidR="00476023" w:rsidRPr="006855F2" w:rsidRDefault="00C42416" w:rsidP="006855F2">
      <w:pPr>
        <w:spacing w:after="40"/>
        <w:ind w:left="227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☐ </w:t>
      </w:r>
      <w:r w:rsidRPr="006855F2">
        <w:rPr>
          <w:sz w:val="24"/>
          <w:szCs w:val="24"/>
        </w:rPr>
        <w:t>pszichológiai megfigyelés és szűrés</w:t>
      </w:r>
      <w:bookmarkStart w:id="0" w:name="_GoBack"/>
      <w:bookmarkEnd w:id="0"/>
    </w:p>
    <w:p w:rsidR="00476023" w:rsidRPr="006855F2" w:rsidRDefault="00C42416" w:rsidP="006855F2">
      <w:pPr>
        <w:spacing w:after="40"/>
        <w:ind w:left="227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☐ </w:t>
      </w:r>
      <w:r w:rsidRPr="006855F2">
        <w:rPr>
          <w:sz w:val="24"/>
          <w:szCs w:val="24"/>
        </w:rPr>
        <w:t>a gyermek érzelmi, szociális és iskolai alkalmazkodásának támogatása</w:t>
      </w:r>
    </w:p>
    <w:p w:rsidR="00476023" w:rsidRPr="006855F2" w:rsidRDefault="00C42416" w:rsidP="006855F2">
      <w:pPr>
        <w:spacing w:after="40"/>
        <w:ind w:left="227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☐ </w:t>
      </w:r>
      <w:r w:rsidRPr="006855F2">
        <w:rPr>
          <w:sz w:val="24"/>
          <w:szCs w:val="24"/>
        </w:rPr>
        <w:t>csoportos vagy osztályszintű pszichológiai, mentálhigiénés és prevenciós foglalkozások</w:t>
      </w:r>
    </w:p>
    <w:p w:rsidR="00476023" w:rsidRPr="006855F2" w:rsidRDefault="00C42416" w:rsidP="006855F2">
      <w:pPr>
        <w:spacing w:after="40"/>
        <w:ind w:left="227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☐ </w:t>
      </w:r>
      <w:r w:rsidRPr="006855F2">
        <w:rPr>
          <w:sz w:val="24"/>
          <w:szCs w:val="24"/>
        </w:rPr>
        <w:t>a gyermek támogatásával kapcsolatos konzultáció a szülővel / törvényes képviselővel</w:t>
      </w:r>
    </w:p>
    <w:p w:rsidR="00476023" w:rsidRPr="006855F2" w:rsidRDefault="00C42416" w:rsidP="006855F2">
      <w:pPr>
        <w:spacing w:after="40"/>
        <w:ind w:left="227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☐ </w:t>
      </w:r>
      <w:r w:rsidRPr="006855F2">
        <w:rPr>
          <w:sz w:val="24"/>
          <w:szCs w:val="24"/>
        </w:rPr>
        <w:t>szakmai konzultáció a gyermekkel foglalkozó pedagógusokkal</w:t>
      </w:r>
    </w:p>
    <w:p w:rsidR="00476023" w:rsidRPr="006855F2" w:rsidRDefault="00C42416" w:rsidP="006855F2">
      <w:pPr>
        <w:rPr>
          <w:rFonts w:hint="eastAsia"/>
          <w:sz w:val="24"/>
          <w:szCs w:val="24"/>
        </w:rPr>
      </w:pPr>
      <w:r w:rsidRPr="006855F2">
        <w:rPr>
          <w:sz w:val="24"/>
          <w:szCs w:val="24"/>
        </w:rPr>
        <w:t>Tudomásul veszem, hogy az iskolapszichológusi tevékenység célja a gyermek lelki egészségének, személyiségfejlődésének, társas kapcsolatainak és iskolai alkalmazkodásának támogatása, valamint a felmerülő nehézségek megelőzése és kezelése.</w:t>
      </w:r>
    </w:p>
    <w:p w:rsidR="00476023" w:rsidRPr="006855F2" w:rsidRDefault="00C42416" w:rsidP="006855F2">
      <w:pPr>
        <w:rPr>
          <w:rFonts w:hint="eastAsia"/>
          <w:sz w:val="24"/>
          <w:szCs w:val="24"/>
        </w:rPr>
      </w:pPr>
      <w:r w:rsidRPr="006855F2">
        <w:rPr>
          <w:sz w:val="24"/>
          <w:szCs w:val="24"/>
        </w:rPr>
        <w:t>Tudomásul veszem, hogy az iskolapszichológust szakmai titoktartási kötelezettség terheli. A gyermekkel folytatott beszélgetések tartalma bizalmas, azonban jogszabályban meghatározott esetekben, illetve a gyermek vagy más személy veszélyeztetettségének elhárítása érdekében az információ továbbadása szükségessé válhat.</w:t>
      </w:r>
    </w:p>
    <w:p w:rsidR="00476023" w:rsidRPr="006855F2" w:rsidRDefault="00C42416" w:rsidP="006855F2">
      <w:pPr>
        <w:rPr>
          <w:rFonts w:hint="eastAsia"/>
          <w:sz w:val="24"/>
          <w:szCs w:val="24"/>
        </w:rPr>
      </w:pPr>
      <w:r w:rsidRPr="006855F2">
        <w:rPr>
          <w:sz w:val="24"/>
          <w:szCs w:val="24"/>
        </w:rPr>
        <w:t>Tudomásul veszem, hogy amennyiben gyermekem problémája az iskolapszichológus kompetenciáját meghaladja, az iskolapszichológus további szakember vagy megfelelő szakellátás igénybevételét javasolhatja.</w:t>
      </w:r>
    </w:p>
    <w:p w:rsidR="00476023" w:rsidRPr="006855F2" w:rsidRDefault="00C42416" w:rsidP="006855F2">
      <w:pPr>
        <w:rPr>
          <w:rFonts w:hint="eastAsia"/>
          <w:sz w:val="24"/>
          <w:szCs w:val="24"/>
        </w:rPr>
      </w:pPr>
      <w:r w:rsidRPr="006855F2">
        <w:rPr>
          <w:sz w:val="24"/>
          <w:szCs w:val="24"/>
        </w:rPr>
        <w:t>A jelen hozzájárulásomat írásban visszavonhatom.</w:t>
      </w:r>
    </w:p>
    <w:p w:rsidR="00476023" w:rsidRPr="006855F2" w:rsidRDefault="00C42416" w:rsidP="006855F2">
      <w:pPr>
        <w:rPr>
          <w:rFonts w:hint="eastAsia"/>
          <w:sz w:val="24"/>
          <w:szCs w:val="24"/>
        </w:rPr>
      </w:pPr>
      <w:r w:rsidRPr="006855F2">
        <w:rPr>
          <w:sz w:val="24"/>
          <w:szCs w:val="24"/>
        </w:rPr>
        <w:t>A nyilatkozat tartalmát megismertem, lehetőségem volt kérdéseket feltenni, és hozzájárulásomat önkéntesen adom.</w:t>
      </w:r>
    </w:p>
    <w:p w:rsidR="00476023" w:rsidRPr="006855F2" w:rsidRDefault="00C42416" w:rsidP="006855F2">
      <w:pPr>
        <w:spacing w:before="12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Kelt: </w:t>
      </w:r>
      <w:r w:rsidRPr="006855F2">
        <w:rPr>
          <w:sz w:val="24"/>
          <w:szCs w:val="24"/>
        </w:rPr>
        <w:t>...................................................., 20........ év ............... hó ........ nap</w:t>
      </w:r>
    </w:p>
    <w:p w:rsidR="00476023" w:rsidRPr="006855F2" w:rsidRDefault="00C42416" w:rsidP="006855F2">
      <w:pPr>
        <w:spacing w:before="6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Szülő / törvényes képviselő neve: </w:t>
      </w:r>
      <w:r w:rsidRPr="006855F2">
        <w:rPr>
          <w:sz w:val="24"/>
          <w:szCs w:val="24"/>
        </w:rPr>
        <w:t>................................................................................</w:t>
      </w:r>
    </w:p>
    <w:p w:rsidR="00476023" w:rsidRPr="006855F2" w:rsidRDefault="00C42416" w:rsidP="006855F2">
      <w:pPr>
        <w:spacing w:before="6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Aláírás: </w:t>
      </w:r>
      <w:r w:rsidRPr="006855F2">
        <w:rPr>
          <w:sz w:val="24"/>
          <w:szCs w:val="24"/>
        </w:rPr>
        <w:t>................................................................................................</w:t>
      </w:r>
    </w:p>
    <w:p w:rsidR="00476023" w:rsidRPr="006855F2" w:rsidRDefault="00C42416" w:rsidP="006855F2">
      <w:pPr>
        <w:spacing w:before="6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Iskolapszichológus: </w:t>
      </w:r>
      <w:r w:rsidRPr="006855F2">
        <w:rPr>
          <w:sz w:val="24"/>
          <w:szCs w:val="24"/>
        </w:rPr>
        <w:t>Szén Zsófia</w:t>
      </w:r>
    </w:p>
    <w:p w:rsidR="00476023" w:rsidRPr="006855F2" w:rsidRDefault="00C42416" w:rsidP="006855F2">
      <w:pPr>
        <w:spacing w:before="60"/>
        <w:rPr>
          <w:rFonts w:hint="eastAsia"/>
          <w:sz w:val="24"/>
          <w:szCs w:val="24"/>
        </w:rPr>
      </w:pPr>
      <w:r w:rsidRPr="006855F2">
        <w:rPr>
          <w:b/>
          <w:sz w:val="24"/>
          <w:szCs w:val="24"/>
        </w:rPr>
        <w:t xml:space="preserve">Aláírás: </w:t>
      </w:r>
      <w:r w:rsidRPr="006855F2">
        <w:rPr>
          <w:sz w:val="24"/>
          <w:szCs w:val="24"/>
        </w:rPr>
        <w:t>................................................................................................</w:t>
      </w:r>
    </w:p>
    <w:p w:rsidR="00476023" w:rsidRPr="006855F2" w:rsidRDefault="00C42416" w:rsidP="006855F2">
      <w:pPr>
        <w:rPr>
          <w:rFonts w:hint="eastAsia"/>
          <w:sz w:val="24"/>
          <w:szCs w:val="24"/>
        </w:rPr>
      </w:pPr>
      <w:r w:rsidRPr="006855F2">
        <w:rPr>
          <w:sz w:val="24"/>
          <w:szCs w:val="24"/>
        </w:rPr>
        <w:br w:type="page"/>
      </w:r>
    </w:p>
    <w:p w:rsidR="00476023" w:rsidRPr="006855F2" w:rsidRDefault="00476023" w:rsidP="006855F2">
      <w:pPr>
        <w:spacing w:before="60" w:line="360" w:lineRule="auto"/>
        <w:rPr>
          <w:rFonts w:hint="eastAsia"/>
          <w:sz w:val="24"/>
          <w:szCs w:val="24"/>
        </w:rPr>
      </w:pPr>
    </w:p>
    <w:sectPr w:rsidR="00476023" w:rsidRPr="006855F2" w:rsidSect="00034616"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A49" w:rsidRDefault="00A60A4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A60A49" w:rsidRDefault="00A60A4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A49" w:rsidRDefault="00A60A4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A60A49" w:rsidRDefault="00A60A4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4A7A"/>
    <w:rsid w:val="0029639D"/>
    <w:rsid w:val="00326F90"/>
    <w:rsid w:val="00476023"/>
    <w:rsid w:val="006855F2"/>
    <w:rsid w:val="00A5096C"/>
    <w:rsid w:val="00A60A49"/>
    <w:rsid w:val="00AA1D8D"/>
    <w:rsid w:val="00AE7B4C"/>
    <w:rsid w:val="00B47730"/>
    <w:rsid w:val="00C4241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2047F"/>
  <w14:defaultImageDpi w14:val="300"/>
  <w15:docId w15:val="{F3F4B2BA-CA7F-4DC2-9C32-F7B0857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2C4078-4EF0-4366-A20F-751DDC11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2158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Zsofi</cp:lastModifiedBy>
  <cp:revision>6</cp:revision>
  <dcterms:created xsi:type="dcterms:W3CDTF">2026-09-08T17:51:00Z</dcterms:created>
  <dcterms:modified xsi:type="dcterms:W3CDTF">2026-09-09T11:33:00Z</dcterms:modified>
  <cp:category/>
</cp:coreProperties>
</file>